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AF3219" w14:textId="77777777" w:rsidR="00D06BFB" w:rsidRPr="009D0425" w:rsidRDefault="009855EC">
      <w:pPr>
        <w:spacing w:after="40"/>
        <w:jc w:val="center"/>
        <w:rPr>
          <w:lang w:val="uk-UA"/>
        </w:rPr>
      </w:pPr>
      <w:bookmarkStart w:id="0" w:name="_GoBack"/>
      <w:bookmarkEnd w:id="0"/>
      <w:r w:rsidRPr="009D0425">
        <w:rPr>
          <w:rFonts w:eastAsia="Calibri"/>
          <w:b/>
          <w:color w:val="0E586E"/>
          <w:sz w:val="30"/>
          <w:lang w:val="uk-UA"/>
        </w:rPr>
        <w:t>САМООЦІНЮВАННЯ ОСОБИСТОГО ДОБРОБУТУ</w:t>
      </w:r>
    </w:p>
    <w:p w14:paraId="4521E550" w14:textId="77777777" w:rsidR="00D06BFB" w:rsidRPr="009D0425" w:rsidRDefault="009855EC">
      <w:pPr>
        <w:spacing w:after="80"/>
        <w:jc w:val="center"/>
        <w:rPr>
          <w:sz w:val="28"/>
          <w:szCs w:val="28"/>
          <w:lang w:val="uk-UA"/>
        </w:rPr>
      </w:pPr>
      <w:r w:rsidRPr="009D0425">
        <w:rPr>
          <w:rFonts w:eastAsia="Calibri"/>
          <w:sz w:val="28"/>
          <w:szCs w:val="28"/>
          <w:lang w:val="uk-UA"/>
        </w:rPr>
        <w:t xml:space="preserve">Оцініть кожне твердження за шкалою від 1 до 10 та позначте одне число.  </w:t>
      </w:r>
      <w:r w:rsidR="009D0425" w:rsidRPr="009D0425">
        <w:rPr>
          <w:rFonts w:eastAsia="Calibri"/>
          <w:sz w:val="28"/>
          <w:szCs w:val="28"/>
          <w:lang w:val="uk-UA"/>
        </w:rPr>
        <w:br/>
      </w:r>
      <w:r w:rsidRPr="009D0425">
        <w:rPr>
          <w:rFonts w:eastAsia="Calibri"/>
          <w:b/>
          <w:sz w:val="28"/>
          <w:szCs w:val="28"/>
          <w:lang w:val="uk-UA"/>
        </w:rPr>
        <w:t>1–5 — низький рівень; 6–8 — середній; 9–10 — високий.</w:t>
      </w:r>
    </w:p>
    <w:tbl>
      <w:tblPr>
        <w:tblW w:w="0" w:type="auto"/>
        <w:jc w:val="center"/>
        <w:tblInd w:w="-239" w:type="dxa"/>
        <w:tblLayout w:type="fixed"/>
        <w:tblLook w:val="04A0" w:firstRow="1" w:lastRow="0" w:firstColumn="1" w:lastColumn="0" w:noHBand="0" w:noVBand="1"/>
      </w:tblPr>
      <w:tblGrid>
        <w:gridCol w:w="449"/>
        <w:gridCol w:w="7548"/>
        <w:gridCol w:w="781"/>
        <w:gridCol w:w="781"/>
        <w:gridCol w:w="781"/>
        <w:gridCol w:w="781"/>
        <w:gridCol w:w="781"/>
        <w:gridCol w:w="781"/>
        <w:gridCol w:w="781"/>
        <w:gridCol w:w="781"/>
        <w:gridCol w:w="781"/>
        <w:gridCol w:w="733"/>
      </w:tblGrid>
      <w:tr w:rsidR="00D06BFB" w:rsidRPr="009D0425" w14:paraId="72C43D45" w14:textId="77777777" w:rsidTr="00B13873">
        <w:trPr>
          <w:trHeight w:hRule="exact" w:val="464"/>
          <w:tblHeader/>
          <w:jc w:val="center"/>
        </w:trPr>
        <w:tc>
          <w:tcPr>
            <w:tcW w:w="449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shd w:val="clear" w:color="auto" w:fill="DDEBF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670E32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b/>
                <w:color w:val="0E586E"/>
                <w:sz w:val="24"/>
                <w:szCs w:val="24"/>
                <w:lang w:val="uk-UA"/>
              </w:rPr>
              <w:t>№</w:t>
            </w:r>
          </w:p>
        </w:tc>
        <w:tc>
          <w:tcPr>
            <w:tcW w:w="7548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shd w:val="clear" w:color="auto" w:fill="DDEBF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986FBA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b/>
                <w:color w:val="0E586E"/>
                <w:sz w:val="24"/>
                <w:szCs w:val="24"/>
                <w:lang w:val="uk-UA"/>
              </w:rPr>
              <w:t>Твердження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shd w:val="clear" w:color="auto" w:fill="DDEBF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030B10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b/>
                <w:color w:val="0E586E"/>
                <w:sz w:val="24"/>
                <w:szCs w:val="24"/>
                <w:lang w:val="uk-UA"/>
              </w:rPr>
              <w:t>1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shd w:val="clear" w:color="auto" w:fill="DDEBF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CC2C26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b/>
                <w:color w:val="0E586E"/>
                <w:sz w:val="24"/>
                <w:szCs w:val="24"/>
                <w:lang w:val="uk-UA"/>
              </w:rPr>
              <w:t>2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shd w:val="clear" w:color="auto" w:fill="DDEBF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C65E48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b/>
                <w:color w:val="0E586E"/>
                <w:sz w:val="24"/>
                <w:szCs w:val="24"/>
                <w:lang w:val="uk-UA"/>
              </w:rPr>
              <w:t>3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shd w:val="clear" w:color="auto" w:fill="DDEBF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1BDE00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b/>
                <w:color w:val="0E586E"/>
                <w:sz w:val="24"/>
                <w:szCs w:val="24"/>
                <w:lang w:val="uk-UA"/>
              </w:rPr>
              <w:t>4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shd w:val="clear" w:color="auto" w:fill="DDEBF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20A1DB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b/>
                <w:color w:val="0E586E"/>
                <w:sz w:val="24"/>
                <w:szCs w:val="24"/>
                <w:lang w:val="uk-UA"/>
              </w:rPr>
              <w:t>5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shd w:val="clear" w:color="auto" w:fill="DDEBF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EE3224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b/>
                <w:color w:val="0E586E"/>
                <w:sz w:val="24"/>
                <w:szCs w:val="24"/>
                <w:lang w:val="uk-UA"/>
              </w:rPr>
              <w:t>6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shd w:val="clear" w:color="auto" w:fill="DDEBF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0651EA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b/>
                <w:color w:val="0E586E"/>
                <w:sz w:val="24"/>
                <w:szCs w:val="24"/>
                <w:lang w:val="uk-UA"/>
              </w:rPr>
              <w:t>7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shd w:val="clear" w:color="auto" w:fill="DDEBF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8158BF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b/>
                <w:color w:val="0E586E"/>
                <w:sz w:val="24"/>
                <w:szCs w:val="24"/>
                <w:lang w:val="uk-UA"/>
              </w:rPr>
              <w:t>8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shd w:val="clear" w:color="auto" w:fill="DDEBF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366FF4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b/>
                <w:color w:val="0E586E"/>
                <w:sz w:val="24"/>
                <w:szCs w:val="24"/>
                <w:lang w:val="uk-UA"/>
              </w:rPr>
              <w:t>9</w:t>
            </w:r>
          </w:p>
        </w:tc>
        <w:tc>
          <w:tcPr>
            <w:tcW w:w="733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shd w:val="clear" w:color="auto" w:fill="DDEBF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71B1F1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b/>
                <w:color w:val="0E586E"/>
                <w:sz w:val="24"/>
                <w:szCs w:val="24"/>
                <w:lang w:val="uk-UA"/>
              </w:rPr>
              <w:t>10</w:t>
            </w:r>
          </w:p>
        </w:tc>
      </w:tr>
      <w:tr w:rsidR="00D06BFB" w:rsidRPr="009D0425" w14:paraId="37D4EBA8" w14:textId="77777777" w:rsidTr="00B13873">
        <w:trPr>
          <w:trHeight w:val="595"/>
          <w:jc w:val="center"/>
        </w:trPr>
        <w:tc>
          <w:tcPr>
            <w:tcW w:w="449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60" w:type="dxa"/>
              <w:left w:w="35" w:type="dxa"/>
              <w:bottom w:w="60" w:type="dxa"/>
              <w:right w:w="35" w:type="dxa"/>
            </w:tcMar>
            <w:vAlign w:val="center"/>
          </w:tcPr>
          <w:p w14:paraId="6D6F6E49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b/>
                <w:color w:val="0E586E"/>
                <w:sz w:val="24"/>
                <w:szCs w:val="24"/>
                <w:lang w:val="uk-UA"/>
              </w:rPr>
              <w:t>1</w:t>
            </w:r>
          </w:p>
        </w:tc>
        <w:tc>
          <w:tcPr>
            <w:tcW w:w="7548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66E6C7D9" w14:textId="77777777" w:rsidR="00D06BFB" w:rsidRPr="009D0425" w:rsidRDefault="009855EC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24"/>
                <w:szCs w:val="24"/>
                <w:lang w:val="uk-UA"/>
              </w:rPr>
              <w:t xml:space="preserve">Я дбаю про своє фізичне </w:t>
            </w:r>
            <w:proofErr w:type="spellStart"/>
            <w:r w:rsidRPr="009D0425">
              <w:rPr>
                <w:rFonts w:asciiTheme="majorHAnsi" w:eastAsia="Calibri" w:hAnsiTheme="majorHAnsi" w:cstheme="majorHAnsi"/>
                <w:sz w:val="24"/>
                <w:szCs w:val="24"/>
                <w:lang w:val="uk-UA"/>
              </w:rPr>
              <w:t>здоровʼя</w:t>
            </w:r>
            <w:proofErr w:type="spellEnd"/>
            <w:r w:rsidRPr="009D0425">
              <w:rPr>
                <w:rFonts w:asciiTheme="majorHAnsi" w:eastAsia="Calibri" w:hAnsiTheme="majorHAnsi" w:cstheme="majorHAnsi"/>
                <w:sz w:val="24"/>
                <w:szCs w:val="24"/>
                <w:lang w:val="uk-UA"/>
              </w:rPr>
              <w:t xml:space="preserve"> (харчування, рух, сон).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3E8DCE3D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612DBE0B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32E09B91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6DBCCEE8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7F5A9430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50F3E3A8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3771855D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191618C1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7FC06107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33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12573D3C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</w:tr>
      <w:tr w:rsidR="00D06BFB" w:rsidRPr="009D0425" w14:paraId="26E2D6BB" w14:textId="77777777" w:rsidTr="00B13873">
        <w:trPr>
          <w:trHeight w:val="595"/>
          <w:jc w:val="center"/>
        </w:trPr>
        <w:tc>
          <w:tcPr>
            <w:tcW w:w="449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60" w:type="dxa"/>
              <w:left w:w="35" w:type="dxa"/>
              <w:bottom w:w="60" w:type="dxa"/>
              <w:right w:w="35" w:type="dxa"/>
            </w:tcMar>
            <w:vAlign w:val="center"/>
          </w:tcPr>
          <w:p w14:paraId="7E616318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b/>
                <w:color w:val="0E586E"/>
                <w:sz w:val="24"/>
                <w:szCs w:val="24"/>
                <w:lang w:val="uk-UA"/>
              </w:rPr>
              <w:t>2</w:t>
            </w:r>
          </w:p>
        </w:tc>
        <w:tc>
          <w:tcPr>
            <w:tcW w:w="7548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79239277" w14:textId="77777777" w:rsidR="00D06BFB" w:rsidRPr="009D0425" w:rsidRDefault="009855EC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24"/>
                <w:szCs w:val="24"/>
                <w:lang w:val="uk-UA"/>
              </w:rPr>
              <w:t>Я вмію керувати своїми емоціями та справлятися зі стресом.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64B6DE15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5672B966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0A3F5BDE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3BB41702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06E38CE2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62A075D1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40D4CA36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3E5E5A0D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44B175CC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33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6700DB1D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</w:tr>
      <w:tr w:rsidR="00D06BFB" w:rsidRPr="009D0425" w14:paraId="32F78D7E" w14:textId="77777777" w:rsidTr="00B13873">
        <w:trPr>
          <w:trHeight w:val="595"/>
          <w:jc w:val="center"/>
        </w:trPr>
        <w:tc>
          <w:tcPr>
            <w:tcW w:w="449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60" w:type="dxa"/>
              <w:left w:w="35" w:type="dxa"/>
              <w:bottom w:w="60" w:type="dxa"/>
              <w:right w:w="35" w:type="dxa"/>
            </w:tcMar>
            <w:vAlign w:val="center"/>
          </w:tcPr>
          <w:p w14:paraId="67548CB0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b/>
                <w:color w:val="0E586E"/>
                <w:sz w:val="24"/>
                <w:szCs w:val="24"/>
                <w:lang w:val="uk-UA"/>
              </w:rPr>
              <w:t>3</w:t>
            </w:r>
          </w:p>
        </w:tc>
        <w:tc>
          <w:tcPr>
            <w:tcW w:w="7548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31A62417" w14:textId="77777777" w:rsidR="00D06BFB" w:rsidRPr="009D0425" w:rsidRDefault="009855EC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24"/>
                <w:szCs w:val="24"/>
                <w:lang w:val="uk-UA"/>
              </w:rPr>
              <w:t>У мене є підтримка рідних, друзів і людей, яким я довіряю.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4DC34C43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5851923C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4C63F737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320FD6A4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24AA2D5E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2F9B362F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707A640A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225CD1F7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5DEFADCC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33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4EEB465F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</w:tr>
      <w:tr w:rsidR="00D06BFB" w:rsidRPr="009D0425" w14:paraId="5D3B680A" w14:textId="77777777" w:rsidTr="00B13873">
        <w:trPr>
          <w:trHeight w:val="595"/>
          <w:jc w:val="center"/>
        </w:trPr>
        <w:tc>
          <w:tcPr>
            <w:tcW w:w="449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60" w:type="dxa"/>
              <w:left w:w="35" w:type="dxa"/>
              <w:bottom w:w="60" w:type="dxa"/>
              <w:right w:w="35" w:type="dxa"/>
            </w:tcMar>
            <w:vAlign w:val="center"/>
          </w:tcPr>
          <w:p w14:paraId="5DFBF297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b/>
                <w:color w:val="0E586E"/>
                <w:sz w:val="24"/>
                <w:szCs w:val="24"/>
                <w:lang w:val="uk-UA"/>
              </w:rPr>
              <w:t>4</w:t>
            </w:r>
          </w:p>
        </w:tc>
        <w:tc>
          <w:tcPr>
            <w:tcW w:w="7548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25966033" w14:textId="77777777" w:rsidR="00D06BFB" w:rsidRPr="009D0425" w:rsidRDefault="009855EC" w:rsidP="001C08CA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24"/>
                <w:szCs w:val="24"/>
                <w:lang w:val="uk-UA"/>
              </w:rPr>
              <w:t xml:space="preserve">Я розвиваю свої здібності </w:t>
            </w:r>
            <w:r w:rsidR="001C08CA">
              <w:rPr>
                <w:rFonts w:asciiTheme="majorHAnsi" w:eastAsia="Calibri" w:hAnsiTheme="majorHAnsi" w:cstheme="majorHAnsi"/>
                <w:sz w:val="24"/>
                <w:szCs w:val="24"/>
                <w:lang w:val="uk-UA"/>
              </w:rPr>
              <w:t>й</w:t>
            </w:r>
            <w:r w:rsidRPr="009D0425">
              <w:rPr>
                <w:rFonts w:asciiTheme="majorHAnsi" w:eastAsia="Calibri" w:hAnsiTheme="majorHAnsi" w:cstheme="majorHAnsi"/>
                <w:sz w:val="24"/>
                <w:szCs w:val="24"/>
                <w:lang w:val="uk-UA"/>
              </w:rPr>
              <w:t xml:space="preserve"> навчаюся нового.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14F55A19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238E3532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219B76EA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642DA7E0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468E3768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58F0745C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1BACD6A0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50B26C80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67F94310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33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608EB179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</w:tr>
      <w:tr w:rsidR="00D06BFB" w:rsidRPr="009D0425" w14:paraId="40BD405F" w14:textId="77777777" w:rsidTr="00B13873">
        <w:trPr>
          <w:trHeight w:val="595"/>
          <w:jc w:val="center"/>
        </w:trPr>
        <w:tc>
          <w:tcPr>
            <w:tcW w:w="449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60" w:type="dxa"/>
              <w:left w:w="35" w:type="dxa"/>
              <w:bottom w:w="60" w:type="dxa"/>
              <w:right w:w="35" w:type="dxa"/>
            </w:tcMar>
            <w:vAlign w:val="center"/>
          </w:tcPr>
          <w:p w14:paraId="4B1335DA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b/>
                <w:color w:val="0E586E"/>
                <w:sz w:val="24"/>
                <w:szCs w:val="24"/>
                <w:lang w:val="uk-UA"/>
              </w:rPr>
              <w:t>5</w:t>
            </w:r>
          </w:p>
        </w:tc>
        <w:tc>
          <w:tcPr>
            <w:tcW w:w="7548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3B05CD74" w14:textId="77777777" w:rsidR="00D06BFB" w:rsidRPr="009D0425" w:rsidRDefault="009855EC" w:rsidP="001C08CA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24"/>
                <w:szCs w:val="24"/>
                <w:lang w:val="uk-UA"/>
              </w:rPr>
              <w:t xml:space="preserve">Я вмію планувати свій час </w:t>
            </w:r>
            <w:r w:rsidR="001C08CA">
              <w:rPr>
                <w:rFonts w:asciiTheme="majorHAnsi" w:eastAsia="Calibri" w:hAnsiTheme="majorHAnsi" w:cstheme="majorHAnsi"/>
                <w:sz w:val="24"/>
                <w:szCs w:val="24"/>
                <w:lang w:val="uk-UA"/>
              </w:rPr>
              <w:t>і</w:t>
            </w:r>
            <w:r w:rsidRPr="009D0425">
              <w:rPr>
                <w:rFonts w:asciiTheme="majorHAnsi" w:eastAsia="Calibri" w:hAnsiTheme="majorHAnsi" w:cstheme="majorHAnsi"/>
                <w:sz w:val="24"/>
                <w:szCs w:val="24"/>
                <w:lang w:val="uk-UA"/>
              </w:rPr>
              <w:t xml:space="preserve"> дотримуюся своїх цілей.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68A7AC23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0383A21F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6BEF25D9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508BE493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21CCC73A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4803BE28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52A2E650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4E6A6679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62EA20DF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33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4AFC00F3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</w:tr>
      <w:tr w:rsidR="00D06BFB" w:rsidRPr="009D0425" w14:paraId="2E9C17C7" w14:textId="77777777" w:rsidTr="00B13873">
        <w:trPr>
          <w:trHeight w:val="595"/>
          <w:jc w:val="center"/>
        </w:trPr>
        <w:tc>
          <w:tcPr>
            <w:tcW w:w="449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60" w:type="dxa"/>
              <w:left w:w="35" w:type="dxa"/>
              <w:bottom w:w="60" w:type="dxa"/>
              <w:right w:w="35" w:type="dxa"/>
            </w:tcMar>
            <w:vAlign w:val="center"/>
          </w:tcPr>
          <w:p w14:paraId="375B4B0A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b/>
                <w:color w:val="0E586E"/>
                <w:sz w:val="24"/>
                <w:szCs w:val="24"/>
                <w:lang w:val="uk-UA"/>
              </w:rPr>
              <w:t>6</w:t>
            </w:r>
          </w:p>
        </w:tc>
        <w:tc>
          <w:tcPr>
            <w:tcW w:w="7548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445A7FE5" w14:textId="77777777" w:rsidR="00D06BFB" w:rsidRPr="009D0425" w:rsidRDefault="009855EC" w:rsidP="001C08CA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24"/>
                <w:szCs w:val="24"/>
                <w:lang w:val="uk-UA"/>
              </w:rPr>
              <w:t xml:space="preserve">Я вмію раціонально </w:t>
            </w:r>
            <w:r w:rsidR="001C08CA">
              <w:rPr>
                <w:rFonts w:asciiTheme="majorHAnsi" w:eastAsia="Calibri" w:hAnsiTheme="majorHAnsi" w:cstheme="majorHAnsi"/>
                <w:sz w:val="24"/>
                <w:szCs w:val="24"/>
                <w:lang w:val="uk-UA"/>
              </w:rPr>
              <w:t>використовувати гроші</w:t>
            </w:r>
            <w:r w:rsidRPr="009D0425">
              <w:rPr>
                <w:rFonts w:asciiTheme="majorHAnsi" w:eastAsia="Calibri" w:hAnsiTheme="majorHAnsi" w:cstheme="majorHAnsi"/>
                <w:sz w:val="24"/>
                <w:szCs w:val="24"/>
                <w:lang w:val="uk-UA"/>
              </w:rPr>
              <w:t>.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5EE9560C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3896ECBE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1104FB76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072F8775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456C3FB6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64D50966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5BD6778D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4DB552D5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4037A3D3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33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3194A574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</w:tr>
      <w:tr w:rsidR="00D06BFB" w:rsidRPr="009D0425" w14:paraId="4397F1BE" w14:textId="77777777" w:rsidTr="00B13873">
        <w:trPr>
          <w:trHeight w:val="595"/>
          <w:jc w:val="center"/>
        </w:trPr>
        <w:tc>
          <w:tcPr>
            <w:tcW w:w="449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60" w:type="dxa"/>
              <w:left w:w="35" w:type="dxa"/>
              <w:bottom w:w="60" w:type="dxa"/>
              <w:right w:w="35" w:type="dxa"/>
            </w:tcMar>
            <w:vAlign w:val="center"/>
          </w:tcPr>
          <w:p w14:paraId="3548EF75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b/>
                <w:color w:val="0E586E"/>
                <w:sz w:val="24"/>
                <w:szCs w:val="24"/>
                <w:lang w:val="uk-UA"/>
              </w:rPr>
              <w:t>7</w:t>
            </w:r>
          </w:p>
        </w:tc>
        <w:tc>
          <w:tcPr>
            <w:tcW w:w="7548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4A171DE4" w14:textId="77777777" w:rsidR="00D06BFB" w:rsidRPr="009D0425" w:rsidRDefault="009855EC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24"/>
                <w:szCs w:val="24"/>
                <w:lang w:val="uk-UA"/>
              </w:rPr>
              <w:t>Я піклуюся про довкілля та дбаю про свій простір.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73E28B1E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54FFEF30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7987F6DA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7015F10B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14CD29E9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1DCD8D50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71B2FC58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7A87A457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40B89EDB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33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05B31E24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</w:tr>
      <w:tr w:rsidR="00D06BFB" w:rsidRPr="009D0425" w14:paraId="577A9F0B" w14:textId="77777777" w:rsidTr="00B13873">
        <w:trPr>
          <w:trHeight w:val="595"/>
          <w:jc w:val="center"/>
        </w:trPr>
        <w:tc>
          <w:tcPr>
            <w:tcW w:w="449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60" w:type="dxa"/>
              <w:left w:w="35" w:type="dxa"/>
              <w:bottom w:w="60" w:type="dxa"/>
              <w:right w:w="35" w:type="dxa"/>
            </w:tcMar>
            <w:vAlign w:val="center"/>
          </w:tcPr>
          <w:p w14:paraId="3721D560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b/>
                <w:color w:val="0E586E"/>
                <w:sz w:val="24"/>
                <w:szCs w:val="24"/>
                <w:lang w:val="uk-UA"/>
              </w:rPr>
              <w:t>8</w:t>
            </w:r>
          </w:p>
        </w:tc>
        <w:tc>
          <w:tcPr>
            <w:tcW w:w="7548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28038510" w14:textId="77777777" w:rsidR="00D06BFB" w:rsidRPr="009D0425" w:rsidRDefault="009855EC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24"/>
                <w:szCs w:val="24"/>
                <w:lang w:val="uk-UA"/>
              </w:rPr>
              <w:t>Я відчуваю себе в безпеці в різних життєвих ситуаціях.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2A1491B4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72266687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46383577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7567E9C6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2E803F13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09009658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76946AA8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36CCB42E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66291A02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33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51D79BA3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</w:tr>
      <w:tr w:rsidR="00D06BFB" w:rsidRPr="009D0425" w14:paraId="2A563437" w14:textId="77777777" w:rsidTr="00B13873">
        <w:trPr>
          <w:trHeight w:val="595"/>
          <w:jc w:val="center"/>
        </w:trPr>
        <w:tc>
          <w:tcPr>
            <w:tcW w:w="449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60" w:type="dxa"/>
              <w:left w:w="35" w:type="dxa"/>
              <w:bottom w:w="60" w:type="dxa"/>
              <w:right w:w="35" w:type="dxa"/>
            </w:tcMar>
            <w:vAlign w:val="center"/>
          </w:tcPr>
          <w:p w14:paraId="1634593E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b/>
                <w:color w:val="0E586E"/>
                <w:sz w:val="24"/>
                <w:szCs w:val="24"/>
                <w:lang w:val="uk-UA"/>
              </w:rPr>
              <w:t>9</w:t>
            </w:r>
          </w:p>
        </w:tc>
        <w:tc>
          <w:tcPr>
            <w:tcW w:w="7548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715056BE" w14:textId="77777777" w:rsidR="00D06BFB" w:rsidRPr="009D0425" w:rsidRDefault="009855EC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24"/>
                <w:szCs w:val="24"/>
                <w:lang w:val="uk-UA"/>
              </w:rPr>
              <w:t>Я задоволений / задоволена своїм життям і вірю у своє майбутнє.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321CB235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11ED6669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5B7E84BD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1FB72226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4FA5DD53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2928AAF8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1833C290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14BBD952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058CCB73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33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0565B826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</w:tr>
      <w:tr w:rsidR="00D06BFB" w:rsidRPr="009D0425" w14:paraId="0674F90F" w14:textId="77777777" w:rsidTr="00B13873">
        <w:trPr>
          <w:trHeight w:val="595"/>
          <w:jc w:val="center"/>
        </w:trPr>
        <w:tc>
          <w:tcPr>
            <w:tcW w:w="449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60" w:type="dxa"/>
              <w:left w:w="35" w:type="dxa"/>
              <w:bottom w:w="60" w:type="dxa"/>
              <w:right w:w="35" w:type="dxa"/>
            </w:tcMar>
            <w:vAlign w:val="center"/>
          </w:tcPr>
          <w:p w14:paraId="481DF47A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b/>
                <w:color w:val="0E586E"/>
                <w:sz w:val="24"/>
                <w:szCs w:val="24"/>
                <w:lang w:val="uk-UA"/>
              </w:rPr>
              <w:t>10</w:t>
            </w:r>
          </w:p>
        </w:tc>
        <w:tc>
          <w:tcPr>
            <w:tcW w:w="7548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4038C5A3" w14:textId="77777777" w:rsidR="00D06BFB" w:rsidRPr="009D0425" w:rsidRDefault="009855EC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24"/>
                <w:szCs w:val="24"/>
                <w:lang w:val="uk-UA"/>
              </w:rPr>
              <w:t>Я роблю кроки для досягнення своїх мрій і цілей.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5D02C578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4E5E82D4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1ACDF0FC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69A2B196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2183B09E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541B712B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3BD15B4F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69A8B39F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81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07FFD75F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  <w:tc>
          <w:tcPr>
            <w:tcW w:w="733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7CF60D9B" w14:textId="77777777" w:rsidR="00D06BFB" w:rsidRPr="009D0425" w:rsidRDefault="009855EC">
            <w:pPr>
              <w:spacing w:line="240" w:lineRule="auto"/>
              <w:jc w:val="center"/>
              <w:rPr>
                <w:rFonts w:asciiTheme="majorHAnsi" w:hAnsiTheme="majorHAnsi" w:cstheme="majorHAnsi"/>
                <w:sz w:val="48"/>
                <w:szCs w:val="48"/>
                <w:lang w:val="uk-UA"/>
              </w:rPr>
            </w:pPr>
            <w:r w:rsidRPr="009D0425">
              <w:rPr>
                <w:rFonts w:asciiTheme="majorHAnsi" w:eastAsia="Calibri" w:hAnsiTheme="majorHAnsi" w:cstheme="majorHAnsi"/>
                <w:sz w:val="48"/>
                <w:szCs w:val="48"/>
                <w:lang w:val="uk-UA"/>
              </w:rPr>
              <w:t>□</w:t>
            </w:r>
          </w:p>
        </w:tc>
      </w:tr>
    </w:tbl>
    <w:p w14:paraId="508370C4" w14:textId="77777777" w:rsidR="00D06BFB" w:rsidRPr="009D0425" w:rsidRDefault="00D06BFB">
      <w:pPr>
        <w:spacing w:after="20"/>
        <w:rPr>
          <w:lang w:val="uk-UA"/>
        </w:rPr>
      </w:pPr>
    </w:p>
    <w:p w14:paraId="5D89F182" w14:textId="77777777" w:rsidR="00D06BFB" w:rsidRPr="00B61B70" w:rsidRDefault="009855EC" w:rsidP="00B61B70">
      <w:pPr>
        <w:keepNext/>
        <w:spacing w:after="40"/>
        <w:rPr>
          <w:sz w:val="28"/>
          <w:szCs w:val="28"/>
          <w:lang w:val="uk-UA"/>
        </w:rPr>
      </w:pPr>
      <w:r w:rsidRPr="00B61B70">
        <w:rPr>
          <w:rFonts w:eastAsia="Calibri"/>
          <w:b/>
          <w:color w:val="0E586E"/>
          <w:sz w:val="28"/>
          <w:szCs w:val="28"/>
          <w:lang w:val="uk-UA"/>
        </w:rPr>
        <w:t>Короткий висновок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7829"/>
        <w:gridCol w:w="7829"/>
      </w:tblGrid>
      <w:tr w:rsidR="00D06BFB" w:rsidRPr="003A6865" w14:paraId="74AFC7BA" w14:textId="77777777" w:rsidTr="00B61B70">
        <w:trPr>
          <w:trHeight w:hRule="exact" w:val="385"/>
          <w:jc w:val="center"/>
        </w:trPr>
        <w:tc>
          <w:tcPr>
            <w:tcW w:w="7829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shd w:val="clear" w:color="auto" w:fill="EEF3F5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002EE0F" w14:textId="77777777" w:rsidR="00D06BFB" w:rsidRPr="00B61B70" w:rsidRDefault="009855EC" w:rsidP="00B61B70">
            <w:pPr>
              <w:keepNext/>
              <w:spacing w:line="240" w:lineRule="auto"/>
              <w:rPr>
                <w:sz w:val="28"/>
                <w:szCs w:val="28"/>
                <w:lang w:val="uk-UA"/>
              </w:rPr>
            </w:pPr>
            <w:r w:rsidRPr="00B61B70">
              <w:rPr>
                <w:rFonts w:eastAsia="Calibri"/>
                <w:b/>
                <w:color w:val="0E586E"/>
                <w:sz w:val="28"/>
                <w:szCs w:val="28"/>
                <w:lang w:val="uk-UA"/>
              </w:rPr>
              <w:t>Мої сильні сторони — що в мене вже добре</w:t>
            </w:r>
            <w:r w:rsidR="00F82FE0">
              <w:rPr>
                <w:rFonts w:eastAsia="Calibri"/>
                <w:b/>
                <w:color w:val="0E586E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F82FE0">
              <w:rPr>
                <w:rFonts w:eastAsia="Calibri"/>
                <w:b/>
                <w:color w:val="0E586E"/>
                <w:sz w:val="28"/>
                <w:szCs w:val="28"/>
                <w:lang w:val="uk-UA"/>
              </w:rPr>
              <w:t>розвинено</w:t>
            </w:r>
            <w:proofErr w:type="spellEnd"/>
            <w:r w:rsidRPr="00B61B70">
              <w:rPr>
                <w:rFonts w:eastAsia="Calibri"/>
                <w:b/>
                <w:color w:val="0E586E"/>
                <w:sz w:val="28"/>
                <w:szCs w:val="28"/>
                <w:lang w:val="uk-UA"/>
              </w:rPr>
              <w:t>?</w:t>
            </w:r>
          </w:p>
        </w:tc>
        <w:tc>
          <w:tcPr>
            <w:tcW w:w="7829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shd w:val="clear" w:color="auto" w:fill="EEF3F5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B736327" w14:textId="77777777" w:rsidR="00D06BFB" w:rsidRPr="00B61B70" w:rsidRDefault="009855EC" w:rsidP="00B61B70">
            <w:pPr>
              <w:keepNext/>
              <w:spacing w:line="240" w:lineRule="auto"/>
              <w:rPr>
                <w:sz w:val="28"/>
                <w:szCs w:val="28"/>
                <w:lang w:val="uk-UA"/>
              </w:rPr>
            </w:pPr>
            <w:r w:rsidRPr="00B61B70">
              <w:rPr>
                <w:rFonts w:eastAsia="Calibri"/>
                <w:b/>
                <w:color w:val="0E586E"/>
                <w:sz w:val="28"/>
                <w:szCs w:val="28"/>
                <w:lang w:val="uk-UA"/>
              </w:rPr>
              <w:t>Сфери для розвитку — що я хочу поліпшити?</w:t>
            </w:r>
          </w:p>
        </w:tc>
      </w:tr>
      <w:tr w:rsidR="00B61B70" w:rsidRPr="00B61B70" w14:paraId="761802B8" w14:textId="77777777" w:rsidTr="00B61B70">
        <w:trPr>
          <w:trHeight w:hRule="exact" w:val="2331"/>
          <w:jc w:val="center"/>
        </w:trPr>
        <w:tc>
          <w:tcPr>
            <w:tcW w:w="7829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70" w:type="dxa"/>
              <w:left w:w="90" w:type="dxa"/>
              <w:bottom w:w="65" w:type="dxa"/>
              <w:right w:w="90" w:type="dxa"/>
            </w:tcMar>
          </w:tcPr>
          <w:p w14:paraId="168E0E61" w14:textId="77777777" w:rsidR="00B61B70" w:rsidRPr="00B61B70" w:rsidRDefault="00B61B70" w:rsidP="00B61B70">
            <w:pPr>
              <w:rPr>
                <w:sz w:val="28"/>
                <w:szCs w:val="28"/>
                <w:lang w:val="uk-UA"/>
              </w:rPr>
            </w:pPr>
            <w:r w:rsidRPr="00B61B70">
              <w:rPr>
                <w:rFonts w:eastAsia="Calibri"/>
                <w:color w:val="9B9B9B"/>
                <w:sz w:val="28"/>
                <w:szCs w:val="28"/>
                <w:lang w:val="uk-UA"/>
              </w:rPr>
              <w:t>________________________________</w:t>
            </w:r>
            <w:r>
              <w:rPr>
                <w:rFonts w:eastAsia="Calibri"/>
                <w:color w:val="9B9B9B"/>
                <w:sz w:val="28"/>
                <w:szCs w:val="28"/>
                <w:lang w:val="uk-UA"/>
              </w:rPr>
              <w:t>______________________</w:t>
            </w:r>
          </w:p>
          <w:p w14:paraId="62CA509D" w14:textId="77777777" w:rsidR="00B61B70" w:rsidRDefault="00B61B70" w:rsidP="00B61B70">
            <w:pPr>
              <w:rPr>
                <w:rFonts w:eastAsia="Calibri"/>
                <w:color w:val="9B9B9B"/>
                <w:sz w:val="28"/>
                <w:szCs w:val="28"/>
                <w:lang w:val="uk-UA"/>
              </w:rPr>
            </w:pPr>
            <w:r w:rsidRPr="00B61B70">
              <w:rPr>
                <w:rFonts w:eastAsia="Calibri"/>
                <w:color w:val="9B9B9B"/>
                <w:sz w:val="28"/>
                <w:szCs w:val="28"/>
                <w:lang w:val="uk-UA"/>
              </w:rPr>
              <w:t>______________________________________________________</w:t>
            </w:r>
          </w:p>
          <w:p w14:paraId="06838BC7" w14:textId="77777777" w:rsidR="00B61B70" w:rsidRDefault="00B61B70" w:rsidP="00B61B70">
            <w:pPr>
              <w:rPr>
                <w:rFonts w:eastAsia="Calibri"/>
                <w:color w:val="9B9B9B"/>
                <w:sz w:val="28"/>
                <w:szCs w:val="28"/>
                <w:lang w:val="uk-UA"/>
              </w:rPr>
            </w:pPr>
            <w:r w:rsidRPr="00B61B70">
              <w:rPr>
                <w:rFonts w:eastAsia="Calibri"/>
                <w:color w:val="9B9B9B"/>
                <w:sz w:val="28"/>
                <w:szCs w:val="28"/>
                <w:lang w:val="uk-UA"/>
              </w:rPr>
              <w:t>______________________________________________________</w:t>
            </w:r>
          </w:p>
          <w:p w14:paraId="7F96049E" w14:textId="77777777" w:rsidR="00B61B70" w:rsidRDefault="00B61B70" w:rsidP="00B61B70">
            <w:pPr>
              <w:rPr>
                <w:rFonts w:eastAsia="Calibri"/>
                <w:color w:val="9B9B9B"/>
                <w:sz w:val="28"/>
                <w:szCs w:val="28"/>
                <w:lang w:val="uk-UA"/>
              </w:rPr>
            </w:pPr>
            <w:r w:rsidRPr="00B61B70">
              <w:rPr>
                <w:rFonts w:eastAsia="Calibri"/>
                <w:color w:val="9B9B9B"/>
                <w:sz w:val="28"/>
                <w:szCs w:val="28"/>
                <w:lang w:val="uk-UA"/>
              </w:rPr>
              <w:t>______________________________________________________</w:t>
            </w:r>
          </w:p>
          <w:p w14:paraId="393C0B7F" w14:textId="77777777" w:rsidR="00B61B70" w:rsidRPr="00B61B70" w:rsidRDefault="00B61B70" w:rsidP="00B61B70">
            <w:pPr>
              <w:rPr>
                <w:sz w:val="28"/>
                <w:szCs w:val="28"/>
                <w:lang w:val="uk-UA"/>
              </w:rPr>
            </w:pPr>
            <w:r w:rsidRPr="00B61B70">
              <w:rPr>
                <w:rFonts w:eastAsia="Calibri"/>
                <w:color w:val="9B9B9B"/>
                <w:sz w:val="28"/>
                <w:szCs w:val="28"/>
                <w:lang w:val="uk-UA"/>
              </w:rPr>
              <w:t>______________________________________________________</w:t>
            </w:r>
          </w:p>
        </w:tc>
        <w:tc>
          <w:tcPr>
            <w:tcW w:w="7829" w:type="dxa"/>
            <w:tcBorders>
              <w:top w:val="single" w:sz="6" w:space="0" w:color="A8B3BA"/>
              <w:left w:val="single" w:sz="6" w:space="0" w:color="A8B3BA"/>
              <w:bottom w:val="single" w:sz="6" w:space="0" w:color="A8B3BA"/>
              <w:right w:val="single" w:sz="6" w:space="0" w:color="A8B3BA"/>
            </w:tcBorders>
            <w:tcMar>
              <w:top w:w="70" w:type="dxa"/>
              <w:left w:w="90" w:type="dxa"/>
              <w:bottom w:w="65" w:type="dxa"/>
              <w:right w:w="90" w:type="dxa"/>
            </w:tcMar>
          </w:tcPr>
          <w:p w14:paraId="4F91E8C5" w14:textId="77777777" w:rsidR="00B61B70" w:rsidRPr="00B61B70" w:rsidRDefault="00B61B70" w:rsidP="00B61B70">
            <w:pPr>
              <w:rPr>
                <w:sz w:val="28"/>
                <w:szCs w:val="28"/>
                <w:lang w:val="uk-UA"/>
              </w:rPr>
            </w:pPr>
            <w:r w:rsidRPr="00B61B70">
              <w:rPr>
                <w:rFonts w:eastAsia="Calibri"/>
                <w:color w:val="9B9B9B"/>
                <w:sz w:val="28"/>
                <w:szCs w:val="28"/>
                <w:lang w:val="uk-UA"/>
              </w:rPr>
              <w:t>________________________________</w:t>
            </w:r>
            <w:r>
              <w:rPr>
                <w:rFonts w:eastAsia="Calibri"/>
                <w:color w:val="9B9B9B"/>
                <w:sz w:val="28"/>
                <w:szCs w:val="28"/>
                <w:lang w:val="uk-UA"/>
              </w:rPr>
              <w:t>______________________</w:t>
            </w:r>
          </w:p>
          <w:p w14:paraId="2B9B9B0B" w14:textId="77777777" w:rsidR="00B61B70" w:rsidRDefault="00B61B70" w:rsidP="00B61B70">
            <w:pPr>
              <w:rPr>
                <w:rFonts w:eastAsia="Calibri"/>
                <w:color w:val="9B9B9B"/>
                <w:sz w:val="28"/>
                <w:szCs w:val="28"/>
                <w:lang w:val="uk-UA"/>
              </w:rPr>
            </w:pPr>
            <w:r w:rsidRPr="00B61B70">
              <w:rPr>
                <w:rFonts w:eastAsia="Calibri"/>
                <w:color w:val="9B9B9B"/>
                <w:sz w:val="28"/>
                <w:szCs w:val="28"/>
                <w:lang w:val="uk-UA"/>
              </w:rPr>
              <w:t>______________________________________________________</w:t>
            </w:r>
          </w:p>
          <w:p w14:paraId="0B97C7CC" w14:textId="77777777" w:rsidR="00B61B70" w:rsidRDefault="00B61B70" w:rsidP="00B61B70">
            <w:pPr>
              <w:rPr>
                <w:rFonts w:eastAsia="Calibri"/>
                <w:color w:val="9B9B9B"/>
                <w:sz w:val="28"/>
                <w:szCs w:val="28"/>
                <w:lang w:val="uk-UA"/>
              </w:rPr>
            </w:pPr>
            <w:r w:rsidRPr="00B61B70">
              <w:rPr>
                <w:rFonts w:eastAsia="Calibri"/>
                <w:color w:val="9B9B9B"/>
                <w:sz w:val="28"/>
                <w:szCs w:val="28"/>
                <w:lang w:val="uk-UA"/>
              </w:rPr>
              <w:t>______________________________________________________</w:t>
            </w:r>
          </w:p>
          <w:p w14:paraId="58D88592" w14:textId="77777777" w:rsidR="00B61B70" w:rsidRDefault="00B61B70" w:rsidP="00B61B70">
            <w:pPr>
              <w:rPr>
                <w:rFonts w:eastAsia="Calibri"/>
                <w:color w:val="9B9B9B"/>
                <w:sz w:val="28"/>
                <w:szCs w:val="28"/>
                <w:lang w:val="uk-UA"/>
              </w:rPr>
            </w:pPr>
            <w:r w:rsidRPr="00B61B70">
              <w:rPr>
                <w:rFonts w:eastAsia="Calibri"/>
                <w:color w:val="9B9B9B"/>
                <w:sz w:val="28"/>
                <w:szCs w:val="28"/>
                <w:lang w:val="uk-UA"/>
              </w:rPr>
              <w:t>______________________________________________________</w:t>
            </w:r>
          </w:p>
          <w:p w14:paraId="05890F2E" w14:textId="77777777" w:rsidR="00B61B70" w:rsidRPr="00B61B70" w:rsidRDefault="00B61B70" w:rsidP="00B61B70">
            <w:pPr>
              <w:rPr>
                <w:sz w:val="28"/>
                <w:szCs w:val="28"/>
                <w:lang w:val="uk-UA"/>
              </w:rPr>
            </w:pPr>
            <w:r w:rsidRPr="00B61B70">
              <w:rPr>
                <w:rFonts w:eastAsia="Calibri"/>
                <w:color w:val="9B9B9B"/>
                <w:sz w:val="28"/>
                <w:szCs w:val="28"/>
                <w:lang w:val="uk-UA"/>
              </w:rPr>
              <w:t>______________________________________________________</w:t>
            </w:r>
          </w:p>
        </w:tc>
      </w:tr>
    </w:tbl>
    <w:p w14:paraId="122D30BA" w14:textId="77777777" w:rsidR="00D06BFB" w:rsidRDefault="009855EC" w:rsidP="008C106C">
      <w:pPr>
        <w:spacing w:before="240" w:after="40"/>
        <w:rPr>
          <w:rFonts w:eastAsia="Calibri"/>
          <w:b/>
          <w:sz w:val="28"/>
          <w:szCs w:val="28"/>
          <w:lang w:val="uk-UA"/>
        </w:rPr>
      </w:pPr>
      <w:r w:rsidRPr="00B61B70">
        <w:rPr>
          <w:rFonts w:eastAsia="Calibri"/>
          <w:b/>
          <w:sz w:val="28"/>
          <w:szCs w:val="28"/>
          <w:lang w:val="uk-UA"/>
        </w:rPr>
        <w:t>Перший крок, який я готовий / готова зробити:</w:t>
      </w:r>
    </w:p>
    <w:p w14:paraId="6AB307FD" w14:textId="77777777" w:rsidR="00B61B70" w:rsidRPr="00B61B70" w:rsidRDefault="00B61B70">
      <w:pPr>
        <w:spacing w:before="60" w:after="40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______________________________________________________________________________________________________________</w:t>
      </w:r>
    </w:p>
    <w:p w14:paraId="71466C7E" w14:textId="77777777" w:rsidR="00B61B70" w:rsidRPr="00B61B70" w:rsidRDefault="00B61B70" w:rsidP="00B61B70">
      <w:pPr>
        <w:spacing w:before="60" w:after="40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______________________________________________________________________________________________________________</w:t>
      </w:r>
    </w:p>
    <w:p w14:paraId="35BD1A15" w14:textId="77777777" w:rsidR="00B61B70" w:rsidRPr="00B61B70" w:rsidRDefault="00B61B70" w:rsidP="00B61B70">
      <w:pPr>
        <w:spacing w:before="60" w:after="40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______________________________________________________________________________________________________________</w:t>
      </w:r>
    </w:p>
    <w:p w14:paraId="329E584B" w14:textId="77777777" w:rsidR="00B61B70" w:rsidRPr="00B61B70" w:rsidRDefault="00B61B70" w:rsidP="00B61B70">
      <w:pPr>
        <w:spacing w:before="60" w:after="40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______________________________________________________________________________________________________________</w:t>
      </w:r>
    </w:p>
    <w:p w14:paraId="7FAE05B7" w14:textId="77777777" w:rsidR="00B61B70" w:rsidRPr="00B61B70" w:rsidRDefault="00B61B70">
      <w:pPr>
        <w:spacing w:before="60" w:after="40"/>
        <w:rPr>
          <w:rFonts w:eastAsia="Calibri"/>
          <w:sz w:val="28"/>
          <w:szCs w:val="28"/>
          <w:lang w:val="uk-UA"/>
        </w:rPr>
      </w:pPr>
    </w:p>
    <w:p w14:paraId="521E40D4" w14:textId="77777777" w:rsidR="00D06BFB" w:rsidRPr="00B61B70" w:rsidRDefault="009855EC">
      <w:pPr>
        <w:spacing w:before="60"/>
        <w:rPr>
          <w:i/>
          <w:sz w:val="28"/>
          <w:szCs w:val="28"/>
          <w:lang w:val="uk-UA"/>
        </w:rPr>
      </w:pPr>
      <w:proofErr w:type="spellStart"/>
      <w:r w:rsidRPr="00B61B70">
        <w:rPr>
          <w:rFonts w:eastAsia="Calibri"/>
          <w:i/>
          <w:color w:val="5A5A5A"/>
          <w:sz w:val="28"/>
          <w:szCs w:val="28"/>
          <w:lang w:val="uk-UA"/>
        </w:rPr>
        <w:t>Памʼятайте</w:t>
      </w:r>
      <w:proofErr w:type="spellEnd"/>
      <w:r w:rsidRPr="00B61B70">
        <w:rPr>
          <w:rFonts w:eastAsia="Calibri"/>
          <w:i/>
          <w:color w:val="5A5A5A"/>
          <w:sz w:val="28"/>
          <w:szCs w:val="28"/>
          <w:lang w:val="uk-UA"/>
        </w:rPr>
        <w:t xml:space="preserve">: результати </w:t>
      </w:r>
      <w:proofErr w:type="spellStart"/>
      <w:r w:rsidRPr="00B61B70">
        <w:rPr>
          <w:rFonts w:eastAsia="Calibri"/>
          <w:i/>
          <w:color w:val="5A5A5A"/>
          <w:sz w:val="28"/>
          <w:szCs w:val="28"/>
          <w:lang w:val="uk-UA"/>
        </w:rPr>
        <w:t>самооцінювання</w:t>
      </w:r>
      <w:proofErr w:type="spellEnd"/>
      <w:r w:rsidRPr="00B61B70">
        <w:rPr>
          <w:rFonts w:eastAsia="Calibri"/>
          <w:i/>
          <w:color w:val="5A5A5A"/>
          <w:sz w:val="28"/>
          <w:szCs w:val="28"/>
          <w:lang w:val="uk-UA"/>
        </w:rPr>
        <w:t xml:space="preserve"> — особисті. Їх не потрібно порівнювати з результатами інших.</w:t>
      </w:r>
    </w:p>
    <w:sectPr w:rsidR="00D06BFB" w:rsidRPr="00B61B70" w:rsidSect="00B13873">
      <w:headerReference w:type="default" r:id="rId9"/>
      <w:footerReference w:type="default" r:id="rId10"/>
      <w:pgSz w:w="16838" w:h="11906" w:orient="landscape"/>
      <w:pgMar w:top="425" w:right="680" w:bottom="425" w:left="68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4FDBA6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968054" w14:textId="77777777" w:rsidR="008B58BD" w:rsidRDefault="008B58BD">
      <w:pPr>
        <w:spacing w:line="240" w:lineRule="auto"/>
      </w:pPr>
      <w:r>
        <w:separator/>
      </w:r>
    </w:p>
  </w:endnote>
  <w:endnote w:type="continuationSeparator" w:id="0">
    <w:p w14:paraId="1C79E403" w14:textId="77777777" w:rsidR="008B58BD" w:rsidRDefault="008B58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735" w:type="dxa"/>
      <w:tblInd w:w="-142" w:type="dxa"/>
      <w:tblBorders>
        <w:top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080"/>
      <w:gridCol w:w="7655"/>
    </w:tblGrid>
    <w:tr w:rsidR="00B13873" w:rsidRPr="001852B0" w14:paraId="3BED47ED" w14:textId="77777777" w:rsidTr="00B13873">
      <w:tc>
        <w:tcPr>
          <w:tcW w:w="8080" w:type="dxa"/>
          <w:tcBorders>
            <w:top w:val="single" w:sz="4" w:space="0" w:color="auto"/>
          </w:tcBorders>
          <w:shd w:val="clear" w:color="auto" w:fill="auto"/>
        </w:tcPr>
        <w:p w14:paraId="0C7FAB7B" w14:textId="77777777" w:rsidR="00B13873" w:rsidRPr="001852B0" w:rsidRDefault="00B13873" w:rsidP="00CE62BD">
          <w:pPr>
            <w:pStyle w:val="a7"/>
            <w:rPr>
              <w:rFonts w:asciiTheme="majorHAnsi" w:hAnsiTheme="majorHAnsi" w:cstheme="majorHAnsi"/>
              <w:szCs w:val="20"/>
              <w:lang w:val="ru-RU"/>
            </w:rPr>
          </w:pPr>
          <w:r>
            <w:rPr>
              <w:rFonts w:asciiTheme="majorHAnsi" w:hAnsiTheme="majorHAnsi" w:cstheme="majorHAnsi"/>
              <w:szCs w:val="20"/>
              <w:lang w:val="uk-UA"/>
            </w:rPr>
            <w:t>Е-додаток</w:t>
          </w:r>
          <w:r w:rsidRPr="00B13873">
            <w:rPr>
              <w:rFonts w:asciiTheme="majorHAnsi" w:hAnsiTheme="majorHAnsi" w:cstheme="majorHAnsi"/>
              <w:szCs w:val="20"/>
              <w:lang w:val="ru-RU"/>
            </w:rPr>
            <w:t xml:space="preserve"> </w:t>
          </w:r>
          <w:proofErr w:type="spellStart"/>
          <w:r w:rsidRPr="00B13873">
            <w:rPr>
              <w:rFonts w:asciiTheme="majorHAnsi" w:hAnsiTheme="majorHAnsi" w:cstheme="majorHAnsi"/>
              <w:szCs w:val="20"/>
              <w:lang w:val="ru-RU"/>
            </w:rPr>
            <w:t>підручника</w:t>
          </w:r>
          <w:proofErr w:type="spellEnd"/>
          <w:r w:rsidRPr="00B13873">
            <w:rPr>
              <w:rFonts w:asciiTheme="majorHAnsi" w:hAnsiTheme="majorHAnsi" w:cstheme="majorHAnsi"/>
              <w:szCs w:val="20"/>
              <w:lang w:val="ru-RU"/>
            </w:rPr>
            <w:t xml:space="preserve"> "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Здоров’я</w:t>
          </w:r>
          <w:proofErr w:type="spellEnd"/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, 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безпека</w:t>
          </w:r>
          <w:proofErr w:type="spellEnd"/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 та 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добробут</w:t>
          </w:r>
          <w:proofErr w:type="spellEnd"/>
          <w:r w:rsidRPr="00B13873">
            <w:rPr>
              <w:rFonts w:asciiTheme="majorHAnsi" w:hAnsiTheme="majorHAnsi" w:cstheme="majorHAnsi"/>
              <w:szCs w:val="20"/>
              <w:lang w:val="ru-RU"/>
            </w:rPr>
            <w:t xml:space="preserve"> "</w:t>
          </w:r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, 9 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клас</w:t>
          </w:r>
          <w:proofErr w:type="spellEnd"/>
          <w:r>
            <w:rPr>
              <w:rFonts w:asciiTheme="majorHAnsi" w:hAnsiTheme="majorHAnsi" w:cstheme="majorHAnsi"/>
              <w:szCs w:val="20"/>
              <w:lang w:val="ru-RU"/>
            </w:rPr>
            <w:t xml:space="preserve"> </w:t>
          </w:r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(авт. </w:t>
          </w:r>
          <w:proofErr w:type="gramStart"/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Л. 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Задорожна</w:t>
          </w:r>
          <w:proofErr w:type="spellEnd"/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 та 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ін</w:t>
          </w:r>
          <w:proofErr w:type="spellEnd"/>
          <w:r w:rsidRPr="001852B0">
            <w:rPr>
              <w:rFonts w:asciiTheme="majorHAnsi" w:hAnsiTheme="majorHAnsi" w:cstheme="majorHAnsi"/>
              <w:szCs w:val="20"/>
              <w:lang w:val="ru-RU"/>
            </w:rPr>
            <w:t>.)</w:t>
          </w:r>
          <w:proofErr w:type="gramEnd"/>
        </w:p>
      </w:tc>
      <w:tc>
        <w:tcPr>
          <w:tcW w:w="7655" w:type="dxa"/>
          <w:tcBorders>
            <w:top w:val="single" w:sz="4" w:space="0" w:color="auto"/>
          </w:tcBorders>
          <w:shd w:val="clear" w:color="auto" w:fill="auto"/>
        </w:tcPr>
        <w:p w14:paraId="18E247E8" w14:textId="77777777" w:rsidR="00B13873" w:rsidRPr="001852B0" w:rsidRDefault="008B58BD" w:rsidP="00CE62BD">
          <w:pPr>
            <w:pStyle w:val="a7"/>
            <w:jc w:val="right"/>
            <w:rPr>
              <w:rFonts w:asciiTheme="majorHAnsi" w:hAnsiTheme="majorHAnsi" w:cstheme="majorHAnsi"/>
              <w:szCs w:val="20"/>
            </w:rPr>
          </w:pPr>
          <w:hyperlink r:id="rId1" w:history="1">
            <w:r w:rsidR="00B13873" w:rsidRPr="001852B0">
              <w:rPr>
                <w:rStyle w:val="afff"/>
                <w:rFonts w:asciiTheme="majorHAnsi" w:hAnsiTheme="majorHAnsi" w:cstheme="majorHAnsi"/>
                <w:szCs w:val="20"/>
                <w:lang w:val="ar-SA"/>
              </w:rPr>
              <w:t>svitdovkola.org</w:t>
            </w:r>
          </w:hyperlink>
        </w:p>
      </w:tc>
    </w:tr>
  </w:tbl>
  <w:p w14:paraId="6C62388B" w14:textId="6B877F89" w:rsidR="00D06BFB" w:rsidRPr="00B13873" w:rsidRDefault="00D06BFB" w:rsidP="00B1387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204747" w14:textId="77777777" w:rsidR="008B58BD" w:rsidRDefault="008B58BD">
      <w:pPr>
        <w:spacing w:line="240" w:lineRule="auto"/>
      </w:pPr>
      <w:r>
        <w:separator/>
      </w:r>
    </w:p>
  </w:footnote>
  <w:footnote w:type="continuationSeparator" w:id="0">
    <w:p w14:paraId="038C7645" w14:textId="77777777" w:rsidR="008B58BD" w:rsidRDefault="008B58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735" w:type="dxa"/>
      <w:tblInd w:w="-142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671"/>
      <w:gridCol w:w="10064"/>
    </w:tblGrid>
    <w:tr w:rsidR="00B13873" w:rsidRPr="00407CF0" w14:paraId="3A6C65BB" w14:textId="77777777" w:rsidTr="00B13873">
      <w:trPr>
        <w:trHeight w:val="358"/>
      </w:trPr>
      <w:tc>
        <w:tcPr>
          <w:tcW w:w="5671" w:type="dxa"/>
          <w:tcBorders>
            <w:bottom w:val="single" w:sz="4" w:space="0" w:color="auto"/>
          </w:tcBorders>
          <w:noWrap/>
          <w:vAlign w:val="center"/>
        </w:tcPr>
        <w:p w14:paraId="25C2F1E0" w14:textId="3D0D76D5" w:rsidR="00B13873" w:rsidRPr="00040867" w:rsidRDefault="00B13873" w:rsidP="00CE62BD">
          <w:pPr>
            <w:pStyle w:val="a5"/>
            <w:rPr>
              <w:rFonts w:asciiTheme="majorHAnsi" w:hAnsiTheme="majorHAnsi" w:cstheme="majorHAnsi"/>
              <w:b/>
              <w:bCs/>
              <w:lang w:val="uk-UA"/>
            </w:rPr>
          </w:pPr>
          <w:proofErr w:type="spellStart"/>
          <w:r w:rsidRPr="00B13873">
            <w:rPr>
              <w:rFonts w:asciiTheme="majorHAnsi" w:hAnsiTheme="majorHAnsi" w:cstheme="majorHAnsi"/>
              <w:b/>
              <w:bCs/>
            </w:rPr>
            <w:t>Анкета</w:t>
          </w:r>
          <w:proofErr w:type="spellEnd"/>
          <w:r w:rsidRPr="00B13873">
            <w:rPr>
              <w:rFonts w:asciiTheme="majorHAnsi" w:hAnsiTheme="majorHAnsi" w:cstheme="majorHAnsi"/>
              <w:b/>
              <w:bCs/>
            </w:rPr>
            <w:t xml:space="preserve"> </w:t>
          </w:r>
          <w:proofErr w:type="spellStart"/>
          <w:r w:rsidRPr="00B13873">
            <w:rPr>
              <w:rFonts w:asciiTheme="majorHAnsi" w:hAnsiTheme="majorHAnsi" w:cstheme="majorHAnsi"/>
              <w:b/>
              <w:bCs/>
            </w:rPr>
            <w:t>самооцінювання</w:t>
          </w:r>
          <w:proofErr w:type="spellEnd"/>
        </w:p>
      </w:tc>
      <w:tc>
        <w:tcPr>
          <w:tcW w:w="10064" w:type="dxa"/>
          <w:tcBorders>
            <w:bottom w:val="single" w:sz="4" w:space="0" w:color="auto"/>
          </w:tcBorders>
          <w:vAlign w:val="bottom"/>
        </w:tcPr>
        <w:p w14:paraId="42C5D440" w14:textId="77777777" w:rsidR="00B13873" w:rsidRPr="00407CF0" w:rsidRDefault="00B13873" w:rsidP="00CE62BD">
          <w:pPr>
            <w:pStyle w:val="a5"/>
            <w:jc w:val="right"/>
            <w:rPr>
              <w:rFonts w:asciiTheme="majorHAnsi" w:hAnsiTheme="majorHAnsi" w:cstheme="majorHAnsi"/>
              <w:i/>
              <w:iCs/>
              <w:lang w:val="ru-RU"/>
            </w:rPr>
          </w:pPr>
          <w:proofErr w:type="spellStart"/>
          <w:r w:rsidRPr="00407CF0">
            <w:rPr>
              <w:rFonts w:asciiTheme="majorHAnsi" w:hAnsiTheme="majorHAnsi" w:cstheme="majorHAnsi"/>
              <w:i/>
              <w:iCs/>
              <w:lang w:val="ru-RU"/>
            </w:rPr>
            <w:t>Розділ</w:t>
          </w:r>
          <w:proofErr w:type="spellEnd"/>
          <w:r w:rsidRPr="00407CF0">
            <w:rPr>
              <w:rFonts w:asciiTheme="majorHAnsi" w:hAnsiTheme="majorHAnsi" w:cstheme="majorHAnsi"/>
              <w:i/>
              <w:iCs/>
              <w:lang w:val="ru-RU"/>
            </w:rPr>
            <w:t xml:space="preserve"> </w:t>
          </w:r>
          <w:r>
            <w:rPr>
              <w:rFonts w:asciiTheme="majorHAnsi" w:hAnsiTheme="majorHAnsi" w:cstheme="majorHAnsi"/>
              <w:i/>
              <w:iCs/>
              <w:lang w:val="ru-RU"/>
            </w:rPr>
            <w:t>1</w:t>
          </w:r>
          <w:r w:rsidRPr="00407CF0">
            <w:rPr>
              <w:rFonts w:asciiTheme="majorHAnsi" w:hAnsiTheme="majorHAnsi" w:cstheme="majorHAnsi"/>
              <w:i/>
              <w:iCs/>
              <w:lang w:val="ru-RU"/>
            </w:rPr>
            <w:t xml:space="preserve">. </w:t>
          </w:r>
          <w:proofErr w:type="spellStart"/>
          <w:r>
            <w:rPr>
              <w:rFonts w:asciiTheme="majorHAnsi" w:hAnsiTheme="majorHAnsi" w:cstheme="majorHAnsi"/>
              <w:i/>
              <w:iCs/>
              <w:lang w:val="ru-RU"/>
            </w:rPr>
            <w:t>Сприяю</w:t>
          </w:r>
          <w:proofErr w:type="spellEnd"/>
          <w:r>
            <w:rPr>
              <w:rFonts w:asciiTheme="majorHAnsi" w:hAnsiTheme="majorHAnsi" w:cstheme="majorHAnsi"/>
              <w:i/>
              <w:iCs/>
              <w:lang w:val="ru-RU"/>
            </w:rPr>
            <w:t xml:space="preserve"> </w:t>
          </w:r>
          <w:proofErr w:type="spellStart"/>
          <w:r>
            <w:rPr>
              <w:rFonts w:asciiTheme="majorHAnsi" w:hAnsiTheme="majorHAnsi" w:cstheme="majorHAnsi"/>
              <w:i/>
              <w:iCs/>
              <w:lang w:val="ru-RU"/>
            </w:rPr>
            <w:t>добробуту</w:t>
          </w:r>
          <w:proofErr w:type="spellEnd"/>
        </w:p>
      </w:tc>
    </w:tr>
  </w:tbl>
  <w:p w14:paraId="4A522117" w14:textId="77777777" w:rsidR="00B13873" w:rsidRDefault="00B1387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C08CA"/>
    <w:rsid w:val="0029639D"/>
    <w:rsid w:val="0031605D"/>
    <w:rsid w:val="00326F90"/>
    <w:rsid w:val="003A6865"/>
    <w:rsid w:val="0051115C"/>
    <w:rsid w:val="005F38C3"/>
    <w:rsid w:val="007769F5"/>
    <w:rsid w:val="008B58BD"/>
    <w:rsid w:val="008C106C"/>
    <w:rsid w:val="009855EC"/>
    <w:rsid w:val="009D0425"/>
    <w:rsid w:val="00A613A4"/>
    <w:rsid w:val="00AA1D8D"/>
    <w:rsid w:val="00B13873"/>
    <w:rsid w:val="00B47730"/>
    <w:rsid w:val="00B61B70"/>
    <w:rsid w:val="00CB0664"/>
    <w:rsid w:val="00D06BFB"/>
    <w:rsid w:val="00D13195"/>
    <w:rsid w:val="00DE2B15"/>
    <w:rsid w:val="00F82FE0"/>
    <w:rsid w:val="00FC693F"/>
    <w:rsid w:val="00FE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596AA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/>
    </w:pPr>
    <w:rPr>
      <w:rFonts w:ascii="Calibri" w:hAnsi="Calibri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annotation reference"/>
    <w:basedOn w:val="a2"/>
    <w:uiPriority w:val="99"/>
    <w:semiHidden/>
    <w:unhideWhenUsed/>
    <w:rsid w:val="001C08CA"/>
    <w:rPr>
      <w:sz w:val="16"/>
      <w:szCs w:val="16"/>
    </w:rPr>
  </w:style>
  <w:style w:type="paragraph" w:styleId="aff9">
    <w:name w:val="annotation text"/>
    <w:basedOn w:val="a1"/>
    <w:link w:val="affa"/>
    <w:uiPriority w:val="99"/>
    <w:semiHidden/>
    <w:unhideWhenUsed/>
    <w:rsid w:val="001C08CA"/>
    <w:pPr>
      <w:spacing w:line="240" w:lineRule="auto"/>
    </w:pPr>
    <w:rPr>
      <w:szCs w:val="20"/>
    </w:rPr>
  </w:style>
  <w:style w:type="character" w:customStyle="1" w:styleId="affa">
    <w:name w:val="Текст примечания Знак"/>
    <w:basedOn w:val="a2"/>
    <w:link w:val="aff9"/>
    <w:uiPriority w:val="99"/>
    <w:semiHidden/>
    <w:rsid w:val="001C08CA"/>
    <w:rPr>
      <w:rFonts w:ascii="Calibri" w:hAnsi="Calibri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1C08CA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1C08CA"/>
    <w:rPr>
      <w:rFonts w:ascii="Calibri" w:hAnsi="Calibri"/>
      <w:b/>
      <w:bCs/>
      <w:sz w:val="20"/>
      <w:szCs w:val="20"/>
    </w:rPr>
  </w:style>
  <w:style w:type="paragraph" w:styleId="affd">
    <w:name w:val="Balloon Text"/>
    <w:basedOn w:val="a1"/>
    <w:link w:val="affe"/>
    <w:uiPriority w:val="99"/>
    <w:semiHidden/>
    <w:unhideWhenUsed/>
    <w:rsid w:val="001C08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e">
    <w:name w:val="Текст выноски Знак"/>
    <w:basedOn w:val="a2"/>
    <w:link w:val="affd"/>
    <w:uiPriority w:val="99"/>
    <w:semiHidden/>
    <w:rsid w:val="001C08CA"/>
    <w:rPr>
      <w:rFonts w:ascii="Tahoma" w:hAnsi="Tahoma" w:cs="Tahoma"/>
      <w:sz w:val="16"/>
      <w:szCs w:val="16"/>
    </w:rPr>
  </w:style>
  <w:style w:type="character" w:styleId="afff">
    <w:name w:val="Hyperlink"/>
    <w:uiPriority w:val="99"/>
    <w:rsid w:val="00B13873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/>
    </w:pPr>
    <w:rPr>
      <w:rFonts w:ascii="Calibri" w:hAnsi="Calibri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annotation reference"/>
    <w:basedOn w:val="a2"/>
    <w:uiPriority w:val="99"/>
    <w:semiHidden/>
    <w:unhideWhenUsed/>
    <w:rsid w:val="001C08CA"/>
    <w:rPr>
      <w:sz w:val="16"/>
      <w:szCs w:val="16"/>
    </w:rPr>
  </w:style>
  <w:style w:type="paragraph" w:styleId="aff9">
    <w:name w:val="annotation text"/>
    <w:basedOn w:val="a1"/>
    <w:link w:val="affa"/>
    <w:uiPriority w:val="99"/>
    <w:semiHidden/>
    <w:unhideWhenUsed/>
    <w:rsid w:val="001C08CA"/>
    <w:pPr>
      <w:spacing w:line="240" w:lineRule="auto"/>
    </w:pPr>
    <w:rPr>
      <w:szCs w:val="20"/>
    </w:rPr>
  </w:style>
  <w:style w:type="character" w:customStyle="1" w:styleId="affa">
    <w:name w:val="Текст примечания Знак"/>
    <w:basedOn w:val="a2"/>
    <w:link w:val="aff9"/>
    <w:uiPriority w:val="99"/>
    <w:semiHidden/>
    <w:rsid w:val="001C08CA"/>
    <w:rPr>
      <w:rFonts w:ascii="Calibri" w:hAnsi="Calibri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1C08CA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1C08CA"/>
    <w:rPr>
      <w:rFonts w:ascii="Calibri" w:hAnsi="Calibri"/>
      <w:b/>
      <w:bCs/>
      <w:sz w:val="20"/>
      <w:szCs w:val="20"/>
    </w:rPr>
  </w:style>
  <w:style w:type="paragraph" w:styleId="affd">
    <w:name w:val="Balloon Text"/>
    <w:basedOn w:val="a1"/>
    <w:link w:val="affe"/>
    <w:uiPriority w:val="99"/>
    <w:semiHidden/>
    <w:unhideWhenUsed/>
    <w:rsid w:val="001C08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e">
    <w:name w:val="Текст выноски Знак"/>
    <w:basedOn w:val="a2"/>
    <w:link w:val="affd"/>
    <w:uiPriority w:val="99"/>
    <w:semiHidden/>
    <w:rsid w:val="001C08CA"/>
    <w:rPr>
      <w:rFonts w:ascii="Tahoma" w:hAnsi="Tahoma" w:cs="Tahoma"/>
      <w:sz w:val="16"/>
      <w:szCs w:val="16"/>
    </w:rPr>
  </w:style>
  <w:style w:type="character" w:styleId="afff">
    <w:name w:val="Hyperlink"/>
    <w:uiPriority w:val="99"/>
    <w:rsid w:val="00B1387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commentsExtended" Target="commentsExtended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vitdovkola.org/?ref=Rozdil-4-paragraph-10-rozdrukivka-03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8453976-7C69-4578-9C29-B561083FE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2212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Алексей Евланов</cp:lastModifiedBy>
  <cp:revision>5</cp:revision>
  <dcterms:created xsi:type="dcterms:W3CDTF">2026-09-14T13:23:00Z</dcterms:created>
  <dcterms:modified xsi:type="dcterms:W3CDTF">2026-09-14T13:26:00Z</dcterms:modified>
</cp:coreProperties>
</file>