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A04B43" w14:textId="77777777" w:rsidR="00D81E34" w:rsidRPr="00D81E34" w:rsidRDefault="00D81E34">
      <w:pPr>
        <w:spacing w:after="180"/>
        <w:jc w:val="center"/>
        <w:rPr>
          <w:rFonts w:asciiTheme="majorHAnsi" w:hAnsiTheme="majorHAnsi" w:cstheme="majorHAnsi"/>
          <w:sz w:val="28"/>
          <w:szCs w:val="28"/>
          <w:lang w:val="uk-UA"/>
        </w:rPr>
      </w:pPr>
      <w:r w:rsidRPr="00D81E34">
        <w:rPr>
          <w:rFonts w:asciiTheme="majorHAnsi" w:hAnsiTheme="majorHAnsi" w:cstheme="majorHAnsi"/>
          <w:b/>
          <w:color w:val="144C7E"/>
          <w:sz w:val="28"/>
          <w:szCs w:val="28"/>
          <w:lang w:val="uk-UA"/>
        </w:rPr>
        <w:t>ОЦІНЮЮ ТЕХНІКИ САМОДОПОМОГИ</w:t>
      </w:r>
    </w:p>
    <w:p w14:paraId="7B73F612" w14:textId="77777777" w:rsidR="00D81E34" w:rsidRPr="00D81E34" w:rsidRDefault="00D81E34" w:rsidP="00D81E34">
      <w:pPr>
        <w:ind w:left="-142"/>
        <w:rPr>
          <w:rFonts w:asciiTheme="majorHAnsi" w:hAnsiTheme="majorHAnsi" w:cstheme="majorHAnsi"/>
          <w:sz w:val="28"/>
          <w:szCs w:val="28"/>
          <w:lang w:val="uk-UA"/>
        </w:rPr>
      </w:pPr>
      <w:r w:rsidRPr="00D81E34">
        <w:rPr>
          <w:rFonts w:asciiTheme="majorHAnsi" w:hAnsiTheme="majorHAnsi" w:cstheme="majorHAnsi"/>
          <w:sz w:val="28"/>
          <w:szCs w:val="28"/>
          <w:lang w:val="uk-UA"/>
        </w:rPr>
        <w:t>Порівняй свій досвід. Результат “мені не підійшло” також є корисним висновком.</w:t>
      </w:r>
    </w:p>
    <w:tbl>
      <w:tblPr>
        <w:tblStyle w:val="aff0"/>
        <w:tblW w:w="0" w:type="auto"/>
        <w:tblInd w:w="-52" w:type="dxa"/>
        <w:tblLayout w:type="fixed"/>
        <w:tblLook w:val="04A0" w:firstRow="1" w:lastRow="0" w:firstColumn="1" w:lastColumn="0" w:noHBand="0" w:noVBand="1"/>
      </w:tblPr>
      <w:tblGrid>
        <w:gridCol w:w="2773"/>
        <w:gridCol w:w="4252"/>
        <w:gridCol w:w="2608"/>
        <w:gridCol w:w="3231"/>
        <w:gridCol w:w="2871"/>
      </w:tblGrid>
      <w:tr w:rsidR="00D81E34" w:rsidRPr="00D81E34" w14:paraId="16D9FAC2" w14:textId="77777777" w:rsidTr="00D81E34">
        <w:trPr>
          <w:tblHeader/>
        </w:trPr>
        <w:tc>
          <w:tcPr>
            <w:tcW w:w="2773" w:type="dxa"/>
            <w:shd w:val="clear" w:color="auto" w:fill="E7F1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AB3FB3D" w14:textId="77777777" w:rsidR="00D81E34" w:rsidRPr="00D81E34" w:rsidRDefault="00D81E34" w:rsidP="003C39DD">
            <w:pPr>
              <w:spacing w:before="40" w:after="40"/>
              <w:jc w:val="center"/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D81E34">
              <w:rPr>
                <w:rFonts w:asciiTheme="majorHAnsi" w:hAnsiTheme="majorHAnsi" w:cstheme="majorHAnsi"/>
                <w:b/>
                <w:color w:val="144C7E"/>
                <w:sz w:val="28"/>
                <w:szCs w:val="28"/>
                <w:lang w:val="uk-UA"/>
              </w:rPr>
              <w:t>Техніка</w:t>
            </w:r>
          </w:p>
        </w:tc>
        <w:tc>
          <w:tcPr>
            <w:tcW w:w="4252" w:type="dxa"/>
            <w:shd w:val="clear" w:color="auto" w:fill="E7F1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5BA1FD0" w14:textId="77777777" w:rsidR="00D81E34" w:rsidRPr="00D81E34" w:rsidRDefault="00D81E34" w:rsidP="003C39DD">
            <w:pPr>
              <w:spacing w:before="40" w:after="40"/>
              <w:jc w:val="center"/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D81E34">
              <w:rPr>
                <w:rFonts w:asciiTheme="majorHAnsi" w:hAnsiTheme="majorHAnsi" w:cstheme="majorHAnsi"/>
                <w:b/>
                <w:color w:val="144C7E"/>
                <w:sz w:val="28"/>
                <w:szCs w:val="28"/>
                <w:lang w:val="uk-UA"/>
              </w:rPr>
              <w:t>Що допомогла зрозуміти / зробити?</w:t>
            </w:r>
          </w:p>
        </w:tc>
        <w:tc>
          <w:tcPr>
            <w:tcW w:w="2608" w:type="dxa"/>
            <w:shd w:val="clear" w:color="auto" w:fill="E7F1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063416E" w14:textId="77777777" w:rsidR="00D81E34" w:rsidRPr="00D81E34" w:rsidRDefault="00D81E34" w:rsidP="003C39DD">
            <w:pPr>
              <w:spacing w:before="40" w:after="40"/>
              <w:jc w:val="center"/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D81E34">
              <w:rPr>
                <w:rFonts w:asciiTheme="majorHAnsi" w:hAnsiTheme="majorHAnsi" w:cstheme="majorHAnsi"/>
                <w:b/>
                <w:color w:val="144C7E"/>
                <w:sz w:val="28"/>
                <w:szCs w:val="28"/>
                <w:lang w:val="uk-UA"/>
              </w:rPr>
              <w:t>Наскільки зручна?</w:t>
            </w:r>
          </w:p>
        </w:tc>
        <w:tc>
          <w:tcPr>
            <w:tcW w:w="3231" w:type="dxa"/>
            <w:shd w:val="clear" w:color="auto" w:fill="E7F1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AD2151E" w14:textId="77777777" w:rsidR="00D81E34" w:rsidRPr="00D81E34" w:rsidRDefault="00D81E34" w:rsidP="003C39DD">
            <w:pPr>
              <w:spacing w:before="40" w:after="40"/>
              <w:jc w:val="center"/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D81E34">
              <w:rPr>
                <w:rFonts w:asciiTheme="majorHAnsi" w:hAnsiTheme="majorHAnsi" w:cstheme="majorHAnsi"/>
                <w:b/>
                <w:color w:val="144C7E"/>
                <w:sz w:val="28"/>
                <w:szCs w:val="28"/>
                <w:lang w:val="uk-UA"/>
              </w:rPr>
              <w:t>Де можу використати?</w:t>
            </w:r>
          </w:p>
        </w:tc>
        <w:tc>
          <w:tcPr>
            <w:tcW w:w="2871" w:type="dxa"/>
            <w:shd w:val="clear" w:color="auto" w:fill="E7F1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880F8EA" w14:textId="77777777" w:rsidR="00D81E34" w:rsidRPr="00D81E34" w:rsidRDefault="00D81E34" w:rsidP="003C39DD">
            <w:pPr>
              <w:spacing w:before="40" w:after="40"/>
              <w:jc w:val="center"/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D81E34">
              <w:rPr>
                <w:rFonts w:asciiTheme="majorHAnsi" w:hAnsiTheme="majorHAnsi" w:cstheme="majorHAnsi"/>
                <w:b/>
                <w:color w:val="144C7E"/>
                <w:sz w:val="28"/>
                <w:szCs w:val="28"/>
                <w:lang w:val="uk-UA"/>
              </w:rPr>
              <w:t>Чи використаю ще?</w:t>
            </w:r>
          </w:p>
        </w:tc>
      </w:tr>
      <w:tr w:rsidR="00D81E34" w:rsidRPr="00D81E34" w14:paraId="03966C84" w14:textId="77777777" w:rsidTr="00D81E34">
        <w:tc>
          <w:tcPr>
            <w:tcW w:w="2773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43759E79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D81E34">
              <w:rPr>
                <w:rFonts w:asciiTheme="majorHAnsi" w:hAnsiTheme="majorHAnsi" w:cstheme="majorHAnsi"/>
                <w:color w:val="3D4A53"/>
                <w:sz w:val="28"/>
                <w:szCs w:val="28"/>
                <w:lang w:val="uk-UA"/>
              </w:rPr>
              <w:t>Щоденник емоцій</w:t>
            </w:r>
          </w:p>
          <w:p w14:paraId="124D5210" w14:textId="554356FF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4252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3B51FBF1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608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533B1501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3231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1CA1BA02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871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03698EC2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</w:tr>
      <w:tr w:rsidR="00D81E34" w:rsidRPr="00D81E34" w14:paraId="1936DA33" w14:textId="77777777" w:rsidTr="00D81E34">
        <w:tc>
          <w:tcPr>
            <w:tcW w:w="2773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3CCDB4BB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D81E34">
              <w:rPr>
                <w:rFonts w:asciiTheme="majorHAnsi" w:hAnsiTheme="majorHAnsi" w:cstheme="majorHAnsi"/>
                <w:color w:val="3D4A53"/>
                <w:sz w:val="28"/>
                <w:szCs w:val="28"/>
                <w:lang w:val="uk-UA"/>
              </w:rPr>
              <w:t>Кола контролю</w:t>
            </w:r>
          </w:p>
          <w:p w14:paraId="72F0E42D" w14:textId="63D5AB13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4252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1E6E7974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608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0F360839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3231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26E62536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871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662E4C6D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</w:tr>
      <w:tr w:rsidR="00D81E34" w:rsidRPr="00D81E34" w14:paraId="18A75BB4" w14:textId="77777777" w:rsidTr="00D81E34">
        <w:tc>
          <w:tcPr>
            <w:tcW w:w="2773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685D9FE1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D81E34">
              <w:rPr>
                <w:rFonts w:asciiTheme="majorHAnsi" w:hAnsiTheme="majorHAnsi" w:cstheme="majorHAnsi"/>
                <w:color w:val="3D4A53"/>
                <w:sz w:val="28"/>
                <w:szCs w:val="28"/>
                <w:lang w:val="uk-UA"/>
              </w:rPr>
              <w:t>Дерево переживань</w:t>
            </w:r>
          </w:p>
          <w:p w14:paraId="1A386CBC" w14:textId="0080FBB1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4252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01B030E8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608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5F50E821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3231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3DE62E81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871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4292E6A7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</w:tr>
      <w:tr w:rsidR="00D81E34" w:rsidRPr="00D81E34" w14:paraId="7AB1A500" w14:textId="77777777" w:rsidTr="00D81E34">
        <w:tc>
          <w:tcPr>
            <w:tcW w:w="2773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111B513F" w14:textId="6F446E52" w:rsidR="00D81E34" w:rsidRPr="00D81E34" w:rsidRDefault="00D81E34" w:rsidP="00D81E34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D81E34">
              <w:rPr>
                <w:rFonts w:asciiTheme="majorHAnsi" w:hAnsiTheme="majorHAnsi" w:cstheme="majorHAnsi"/>
                <w:color w:val="3D4A53"/>
                <w:sz w:val="28"/>
                <w:szCs w:val="28"/>
                <w:lang w:val="uk-UA"/>
              </w:rPr>
              <w:t>Поведінкова активація</w:t>
            </w:r>
          </w:p>
        </w:tc>
        <w:tc>
          <w:tcPr>
            <w:tcW w:w="4252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6008AB36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608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479D21D7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3231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72280C2B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871" w:type="dxa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0567D060" w14:textId="77777777" w:rsidR="00D81E34" w:rsidRPr="00D81E34" w:rsidRDefault="00D81E34" w:rsidP="003C39DD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</w:tr>
    </w:tbl>
    <w:p w14:paraId="0C13DEB3" w14:textId="040799B6" w:rsidR="00D81E34" w:rsidRPr="00D81E34" w:rsidRDefault="00D81E34" w:rsidP="00D81E34">
      <w:pPr>
        <w:spacing w:before="120"/>
        <w:ind w:left="-142"/>
        <w:rPr>
          <w:rFonts w:asciiTheme="majorHAnsi" w:hAnsiTheme="majorHAnsi" w:cstheme="majorHAnsi"/>
          <w:sz w:val="28"/>
          <w:szCs w:val="28"/>
          <w:lang w:val="uk-UA"/>
        </w:rPr>
      </w:pPr>
      <w:r w:rsidRPr="00D81E34">
        <w:rPr>
          <w:rFonts w:asciiTheme="majorHAnsi" w:hAnsiTheme="majorHAnsi" w:cstheme="majorHAnsi"/>
          <w:sz w:val="28"/>
          <w:szCs w:val="28"/>
          <w:lang w:val="uk-UA"/>
        </w:rPr>
        <w:t>Мій висновок  _______________________________________________________________________________________________</w:t>
      </w:r>
      <w:r w:rsidR="00B24640">
        <w:rPr>
          <w:rFonts w:asciiTheme="majorHAnsi" w:hAnsiTheme="majorHAnsi" w:cstheme="majorHAnsi"/>
          <w:sz w:val="28"/>
          <w:szCs w:val="28"/>
        </w:rPr>
        <w:t>___</w:t>
      </w:r>
      <w:r w:rsidRPr="00D81E34">
        <w:rPr>
          <w:rFonts w:asciiTheme="majorHAnsi" w:hAnsiTheme="majorHAnsi" w:cstheme="majorHAnsi"/>
          <w:sz w:val="28"/>
          <w:szCs w:val="28"/>
          <w:lang w:val="uk-UA"/>
        </w:rPr>
        <w:t>__</w:t>
      </w:r>
    </w:p>
    <w:p w14:paraId="71532981" w14:textId="29AD7909" w:rsidR="00D81E34" w:rsidRPr="00B24640" w:rsidRDefault="00D81E34" w:rsidP="00D81E34">
      <w:pPr>
        <w:spacing w:before="120"/>
        <w:ind w:left="-142"/>
        <w:rPr>
          <w:rFonts w:asciiTheme="majorHAnsi" w:hAnsiTheme="majorHAnsi" w:cstheme="majorHAnsi"/>
          <w:sz w:val="28"/>
          <w:szCs w:val="28"/>
        </w:rPr>
      </w:pPr>
      <w:r w:rsidRPr="00D81E34">
        <w:rPr>
          <w:rFonts w:asciiTheme="majorHAnsi" w:hAnsiTheme="majorHAnsi" w:cstheme="majorHAnsi"/>
          <w:sz w:val="28"/>
          <w:szCs w:val="28"/>
          <w:lang w:val="uk-UA"/>
        </w:rPr>
        <w:t>______________________________________________________________________________________________________________</w:t>
      </w:r>
      <w:r w:rsidR="00B24640">
        <w:rPr>
          <w:rFonts w:asciiTheme="majorHAnsi" w:hAnsiTheme="majorHAnsi" w:cstheme="majorHAnsi"/>
          <w:sz w:val="28"/>
          <w:szCs w:val="28"/>
        </w:rPr>
        <w:t>___</w:t>
      </w:r>
    </w:p>
    <w:p w14:paraId="1E6C27B6" w14:textId="69958BF0" w:rsidR="00D81E34" w:rsidRPr="00B24640" w:rsidRDefault="00D81E34" w:rsidP="00D81E34">
      <w:pPr>
        <w:spacing w:before="120"/>
        <w:ind w:left="-142"/>
        <w:rPr>
          <w:rFonts w:asciiTheme="majorHAnsi" w:hAnsiTheme="majorHAnsi" w:cstheme="majorHAnsi"/>
          <w:sz w:val="28"/>
          <w:szCs w:val="28"/>
        </w:rPr>
      </w:pPr>
      <w:r w:rsidRPr="00D81E34">
        <w:rPr>
          <w:rFonts w:asciiTheme="majorHAnsi" w:hAnsiTheme="majorHAnsi" w:cstheme="majorHAnsi"/>
          <w:sz w:val="28"/>
          <w:szCs w:val="28"/>
          <w:lang w:val="uk-UA"/>
        </w:rPr>
        <w:t>______________________________________________________________________________________________________________</w:t>
      </w:r>
      <w:r w:rsidR="00B24640">
        <w:rPr>
          <w:rFonts w:asciiTheme="majorHAnsi" w:hAnsiTheme="majorHAnsi" w:cstheme="majorHAnsi"/>
          <w:sz w:val="28"/>
          <w:szCs w:val="28"/>
        </w:rPr>
        <w:t>___</w:t>
      </w:r>
      <w:bookmarkStart w:id="0" w:name="_GoBack"/>
      <w:bookmarkEnd w:id="0"/>
    </w:p>
    <w:sectPr w:rsidR="00D81E34" w:rsidRPr="00B24640" w:rsidSect="007F0E76">
      <w:headerReference w:type="default" r:id="rId9"/>
      <w:footerReference w:type="default" r:id="rId10"/>
      <w:pgSz w:w="16838" w:h="11906" w:orient="landscape"/>
      <w:pgMar w:top="425" w:right="536" w:bottom="425" w:left="68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4FDBA6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09B28B" w14:textId="77777777" w:rsidR="00565BD2" w:rsidRDefault="00565BD2">
      <w:pPr>
        <w:spacing w:line="240" w:lineRule="auto"/>
      </w:pPr>
      <w:r>
        <w:separator/>
      </w:r>
    </w:p>
  </w:endnote>
  <w:endnote w:type="continuationSeparator" w:id="0">
    <w:p w14:paraId="3666F370" w14:textId="77777777" w:rsidR="00565BD2" w:rsidRDefault="00565B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35" w:type="dxa"/>
      <w:tblInd w:w="-142" w:type="dxa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080"/>
      <w:gridCol w:w="7655"/>
    </w:tblGrid>
    <w:tr w:rsidR="00B13873" w:rsidRPr="001852B0" w14:paraId="3BED47ED" w14:textId="77777777" w:rsidTr="00B13873">
      <w:tc>
        <w:tcPr>
          <w:tcW w:w="8080" w:type="dxa"/>
          <w:tcBorders>
            <w:top w:val="single" w:sz="4" w:space="0" w:color="auto"/>
          </w:tcBorders>
          <w:shd w:val="clear" w:color="auto" w:fill="auto"/>
        </w:tcPr>
        <w:p w14:paraId="0C7FAB7B" w14:textId="1CD50B62" w:rsidR="00B13873" w:rsidRPr="001852B0" w:rsidRDefault="00B13873" w:rsidP="00CE62BD">
          <w:pPr>
            <w:pStyle w:val="a7"/>
            <w:rPr>
              <w:rFonts w:asciiTheme="majorHAnsi" w:hAnsiTheme="majorHAnsi" w:cstheme="majorHAnsi"/>
              <w:szCs w:val="20"/>
              <w:lang w:val="ru-RU"/>
            </w:rPr>
          </w:pPr>
          <w:r>
            <w:rPr>
              <w:rFonts w:asciiTheme="majorHAnsi" w:hAnsiTheme="majorHAnsi" w:cstheme="majorHAnsi"/>
              <w:szCs w:val="20"/>
              <w:lang w:val="uk-UA"/>
            </w:rPr>
            <w:t>Е-додаток</w:t>
          </w:r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proofErr w:type="spellStart"/>
          <w:r w:rsidRPr="00B13873">
            <w:rPr>
              <w:rFonts w:asciiTheme="majorHAnsi" w:hAnsiTheme="majorHAnsi" w:cstheme="majorHAnsi"/>
              <w:szCs w:val="20"/>
              <w:lang w:val="ru-RU"/>
            </w:rPr>
            <w:t>підручника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Здоров’я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безпека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добробут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9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клас</w:t>
          </w:r>
          <w:proofErr w:type="spellEnd"/>
          <w:r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(авт. </w:t>
          </w:r>
          <w:proofErr w:type="gramStart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Л.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Задорожна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ін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>.)</w:t>
          </w:r>
          <w:proofErr w:type="gramEnd"/>
        </w:p>
      </w:tc>
      <w:tc>
        <w:tcPr>
          <w:tcW w:w="7655" w:type="dxa"/>
          <w:tcBorders>
            <w:top w:val="single" w:sz="4" w:space="0" w:color="auto"/>
          </w:tcBorders>
          <w:shd w:val="clear" w:color="auto" w:fill="auto"/>
        </w:tcPr>
        <w:p w14:paraId="18E247E8" w14:textId="77777777" w:rsidR="00B13873" w:rsidRPr="001852B0" w:rsidRDefault="00565BD2" w:rsidP="00CE62BD">
          <w:pPr>
            <w:pStyle w:val="a7"/>
            <w:jc w:val="right"/>
            <w:rPr>
              <w:rFonts w:asciiTheme="majorHAnsi" w:hAnsiTheme="majorHAnsi" w:cstheme="majorHAnsi"/>
              <w:szCs w:val="20"/>
            </w:rPr>
          </w:pPr>
          <w:hyperlink r:id="rId1" w:history="1">
            <w:r w:rsidR="00B13873" w:rsidRPr="001852B0">
              <w:rPr>
                <w:rStyle w:val="afff"/>
                <w:rFonts w:asciiTheme="majorHAnsi" w:hAnsiTheme="majorHAnsi" w:cstheme="majorHAnsi"/>
                <w:szCs w:val="20"/>
                <w:lang w:val="ar-SA"/>
              </w:rPr>
              <w:t>svitdovkola.org</w:t>
            </w:r>
          </w:hyperlink>
        </w:p>
      </w:tc>
    </w:tr>
  </w:tbl>
  <w:p w14:paraId="6C62388B" w14:textId="6B877F89" w:rsidR="00D06BFB" w:rsidRPr="00B13873" w:rsidRDefault="00D06BFB" w:rsidP="00B138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8EDEB" w14:textId="77777777" w:rsidR="00565BD2" w:rsidRDefault="00565BD2">
      <w:pPr>
        <w:spacing w:line="240" w:lineRule="auto"/>
      </w:pPr>
      <w:r>
        <w:separator/>
      </w:r>
    </w:p>
  </w:footnote>
  <w:footnote w:type="continuationSeparator" w:id="0">
    <w:p w14:paraId="7B18F465" w14:textId="77777777" w:rsidR="00565BD2" w:rsidRDefault="00565B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35" w:type="dxa"/>
      <w:tblInd w:w="-14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671"/>
      <w:gridCol w:w="10064"/>
    </w:tblGrid>
    <w:tr w:rsidR="00B13873" w:rsidRPr="00910E82" w14:paraId="3A6C65BB" w14:textId="77777777" w:rsidTr="00B13873">
      <w:trPr>
        <w:trHeight w:val="358"/>
      </w:trPr>
      <w:tc>
        <w:tcPr>
          <w:tcW w:w="5671" w:type="dxa"/>
          <w:tcBorders>
            <w:bottom w:val="single" w:sz="4" w:space="0" w:color="auto"/>
          </w:tcBorders>
          <w:noWrap/>
          <w:vAlign w:val="center"/>
        </w:tcPr>
        <w:p w14:paraId="25C2F1E0" w14:textId="60A2BB4E" w:rsidR="00B13873" w:rsidRPr="009E02D0" w:rsidRDefault="00D81E34" w:rsidP="00A60513">
          <w:pPr>
            <w:pStyle w:val="a5"/>
            <w:rPr>
              <w:rFonts w:asciiTheme="majorHAnsi" w:hAnsiTheme="majorHAnsi" w:cstheme="majorHAnsi"/>
              <w:b/>
              <w:bCs/>
              <w:lang w:val="uk-UA"/>
            </w:rPr>
          </w:pPr>
          <w:r w:rsidRPr="00D81E34">
            <w:rPr>
              <w:rFonts w:asciiTheme="majorHAnsi" w:hAnsiTheme="majorHAnsi" w:cstheme="majorHAnsi"/>
              <w:b/>
              <w:bCs/>
              <w:lang w:val="uk-UA"/>
            </w:rPr>
            <w:t>Оцінюю техніки самодопомоги</w:t>
          </w:r>
        </w:p>
      </w:tc>
      <w:tc>
        <w:tcPr>
          <w:tcW w:w="10064" w:type="dxa"/>
          <w:tcBorders>
            <w:bottom w:val="single" w:sz="4" w:space="0" w:color="auto"/>
          </w:tcBorders>
          <w:vAlign w:val="bottom"/>
        </w:tcPr>
        <w:p w14:paraId="42C5D440" w14:textId="6A560775" w:rsidR="00B13873" w:rsidRPr="00E8651D" w:rsidRDefault="00B13873" w:rsidP="00A60513">
          <w:pPr>
            <w:pStyle w:val="a5"/>
            <w:jc w:val="right"/>
            <w:rPr>
              <w:rFonts w:asciiTheme="majorHAnsi" w:hAnsiTheme="majorHAnsi" w:cstheme="majorHAnsi"/>
              <w:i/>
              <w:iCs/>
              <w:lang w:val="ru-RU"/>
            </w:rPr>
          </w:pPr>
          <w:proofErr w:type="spellStart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>Розділ</w:t>
          </w:r>
          <w:proofErr w:type="spellEnd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r w:rsidR="00A60513">
            <w:rPr>
              <w:rFonts w:asciiTheme="majorHAnsi" w:hAnsiTheme="majorHAnsi" w:cstheme="majorHAnsi"/>
              <w:i/>
              <w:iCs/>
            </w:rPr>
            <w:t>3</w:t>
          </w:r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. </w:t>
          </w:r>
          <w:proofErr w:type="spellStart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>Керую</w:t>
          </w:r>
          <w:proofErr w:type="spellEnd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proofErr w:type="spellStart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>емоціями</w:t>
          </w:r>
          <w:proofErr w:type="spellEnd"/>
        </w:p>
      </w:tc>
    </w:tr>
  </w:tbl>
  <w:p w14:paraId="4A522117" w14:textId="77777777" w:rsidR="00B13873" w:rsidRPr="00E8651D" w:rsidRDefault="00B13873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020C"/>
    <w:rsid w:val="00055AA0"/>
    <w:rsid w:val="0006063C"/>
    <w:rsid w:val="0015074B"/>
    <w:rsid w:val="00176A6B"/>
    <w:rsid w:val="00185ED5"/>
    <w:rsid w:val="001A0E73"/>
    <w:rsid w:val="001C08CA"/>
    <w:rsid w:val="00200DD0"/>
    <w:rsid w:val="00285137"/>
    <w:rsid w:val="0029639D"/>
    <w:rsid w:val="002F7F40"/>
    <w:rsid w:val="0031605D"/>
    <w:rsid w:val="00326F90"/>
    <w:rsid w:val="003A6865"/>
    <w:rsid w:val="003D557A"/>
    <w:rsid w:val="0051115C"/>
    <w:rsid w:val="0051697E"/>
    <w:rsid w:val="00525C8D"/>
    <w:rsid w:val="00565BD2"/>
    <w:rsid w:val="005F38C3"/>
    <w:rsid w:val="00621ADA"/>
    <w:rsid w:val="006F67E2"/>
    <w:rsid w:val="007150F5"/>
    <w:rsid w:val="007769F5"/>
    <w:rsid w:val="007D05C8"/>
    <w:rsid w:val="007F0E76"/>
    <w:rsid w:val="00833A29"/>
    <w:rsid w:val="008B58BD"/>
    <w:rsid w:val="008C106C"/>
    <w:rsid w:val="00910E82"/>
    <w:rsid w:val="00931526"/>
    <w:rsid w:val="00951705"/>
    <w:rsid w:val="009855EC"/>
    <w:rsid w:val="009D0425"/>
    <w:rsid w:val="009E02D0"/>
    <w:rsid w:val="00A60513"/>
    <w:rsid w:val="00A613A4"/>
    <w:rsid w:val="00AA1D8D"/>
    <w:rsid w:val="00B13873"/>
    <w:rsid w:val="00B24640"/>
    <w:rsid w:val="00B35712"/>
    <w:rsid w:val="00B47730"/>
    <w:rsid w:val="00B61B70"/>
    <w:rsid w:val="00BB0DB8"/>
    <w:rsid w:val="00CB0664"/>
    <w:rsid w:val="00D06BFB"/>
    <w:rsid w:val="00D13195"/>
    <w:rsid w:val="00D81E34"/>
    <w:rsid w:val="00DA4231"/>
    <w:rsid w:val="00DC4E61"/>
    <w:rsid w:val="00DE2B15"/>
    <w:rsid w:val="00E8651D"/>
    <w:rsid w:val="00EA59E0"/>
    <w:rsid w:val="00EC3298"/>
    <w:rsid w:val="00F82FE0"/>
    <w:rsid w:val="00FB1170"/>
    <w:rsid w:val="00FC693F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96AA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vitdovkola.org/?ref=Rozdil-4-paragraph-10-rozdrukivka-0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043066-1C09-4E91-B8D4-3B6E618C7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642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Алексей Евланов</cp:lastModifiedBy>
  <cp:revision>23</cp:revision>
  <cp:lastPrinted>2026-10-05T10:36:00Z</cp:lastPrinted>
  <dcterms:created xsi:type="dcterms:W3CDTF">2026-09-14T13:23:00Z</dcterms:created>
  <dcterms:modified xsi:type="dcterms:W3CDTF">2026-10-09T14:42:00Z</dcterms:modified>
</cp:coreProperties>
</file>